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AB4A" w14:textId="77777777" w:rsidR="00873740" w:rsidRPr="00873740" w:rsidRDefault="00E955FD" w:rsidP="00873740">
      <w:pPr>
        <w:jc w:val="center"/>
        <w:rPr>
          <w:rFonts w:eastAsia="맑은 고딕"/>
          <w:b/>
          <w:sz w:val="40"/>
          <w:lang w:eastAsia="ko-KR"/>
        </w:rPr>
      </w:pPr>
      <w:r w:rsidRPr="00873740">
        <w:rPr>
          <w:rFonts w:ascii="맑은 고딕" w:eastAsia="맑은 고딕" w:hAnsi="맑은 고딕" w:cs="맑은 고딕" w:hint="eastAsia"/>
          <w:b/>
          <w:sz w:val="40"/>
          <w:lang w:eastAsia="ko-KR"/>
        </w:rPr>
        <w:t>미성년자</w:t>
      </w:r>
      <w:r w:rsidRPr="00873740">
        <w:rPr>
          <w:b/>
          <w:sz w:val="40"/>
          <w:lang w:eastAsia="ko-KR"/>
        </w:rPr>
        <w:t xml:space="preserve"> </w:t>
      </w:r>
      <w:r w:rsidRPr="00873740">
        <w:rPr>
          <w:rFonts w:ascii="맑은 고딕" w:eastAsia="맑은 고딕" w:hAnsi="맑은 고딕" w:cs="맑은 고딕" w:hint="eastAsia"/>
          <w:b/>
          <w:sz w:val="40"/>
          <w:lang w:eastAsia="ko-KR"/>
        </w:rPr>
        <w:t>시술</w:t>
      </w:r>
      <w:r w:rsidRPr="00873740">
        <w:rPr>
          <w:b/>
          <w:sz w:val="40"/>
          <w:lang w:eastAsia="ko-KR"/>
        </w:rPr>
        <w:t xml:space="preserve"> </w:t>
      </w:r>
      <w:r w:rsidRPr="00873740">
        <w:rPr>
          <w:rFonts w:ascii="맑은 고딕" w:eastAsia="맑은 고딕" w:hAnsi="맑은 고딕" w:cs="맑은 고딕" w:hint="eastAsia"/>
          <w:b/>
          <w:sz w:val="40"/>
          <w:lang w:eastAsia="ko-KR"/>
        </w:rPr>
        <w:t>동의서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34"/>
        <w:gridCol w:w="1236"/>
        <w:gridCol w:w="1220"/>
        <w:gridCol w:w="1253"/>
        <w:gridCol w:w="1221"/>
        <w:gridCol w:w="1245"/>
        <w:gridCol w:w="1221"/>
      </w:tblGrid>
      <w:tr w:rsidR="00E55E82" w:rsidRPr="00873740" w14:paraId="74021B6D" w14:textId="77777777" w:rsidTr="00A234CA">
        <w:trPr>
          <w:trHeight w:val="346"/>
        </w:trPr>
        <w:tc>
          <w:tcPr>
            <w:tcW w:w="1262" w:type="dxa"/>
            <w:vMerge w:val="restart"/>
            <w:vAlign w:val="center"/>
          </w:tcPr>
          <w:p w14:paraId="5706035C" w14:textId="77777777" w:rsidR="00E55E82" w:rsidRPr="00A234CA" w:rsidRDefault="00E55E82" w:rsidP="00873740">
            <w:pPr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cs="맑은 고딕" w:hint="eastAsia"/>
                <w:sz w:val="20"/>
                <w:szCs w:val="20"/>
                <w:lang w:eastAsia="ko-KR"/>
              </w:rPr>
              <w:t>환자</w:t>
            </w:r>
          </w:p>
          <w:p w14:paraId="1CBBB338" w14:textId="77777777" w:rsidR="00E55E82" w:rsidRPr="00A234CA" w:rsidRDefault="00E55E82" w:rsidP="00873740">
            <w:pP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정보</w:t>
            </w:r>
          </w:p>
        </w:tc>
        <w:tc>
          <w:tcPr>
            <w:tcW w:w="1262" w:type="dxa"/>
          </w:tcPr>
          <w:p w14:paraId="67D73A2B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이름</w:t>
            </w:r>
          </w:p>
        </w:tc>
        <w:tc>
          <w:tcPr>
            <w:tcW w:w="1262" w:type="dxa"/>
          </w:tcPr>
          <w:p w14:paraId="46DF60C2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1263" w:type="dxa"/>
          </w:tcPr>
          <w:p w14:paraId="028FC3DA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1263" w:type="dxa"/>
          </w:tcPr>
          <w:p w14:paraId="60593FB6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1263" w:type="dxa"/>
          </w:tcPr>
          <w:p w14:paraId="5AEE07D4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연락처</w:t>
            </w:r>
          </w:p>
        </w:tc>
        <w:tc>
          <w:tcPr>
            <w:tcW w:w="1263" w:type="dxa"/>
          </w:tcPr>
          <w:p w14:paraId="78AF3145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</w:tr>
      <w:tr w:rsidR="00E55E82" w:rsidRPr="00873740" w14:paraId="393B2295" w14:textId="77777777" w:rsidTr="00A234CA">
        <w:trPr>
          <w:trHeight w:val="409"/>
        </w:trPr>
        <w:tc>
          <w:tcPr>
            <w:tcW w:w="1262" w:type="dxa"/>
            <w:vMerge/>
          </w:tcPr>
          <w:p w14:paraId="0FE30C14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1262" w:type="dxa"/>
          </w:tcPr>
          <w:p w14:paraId="145308E6" w14:textId="77777777" w:rsidR="00E55E82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주소</w:t>
            </w:r>
          </w:p>
        </w:tc>
        <w:tc>
          <w:tcPr>
            <w:tcW w:w="6314" w:type="dxa"/>
            <w:gridSpan w:val="5"/>
          </w:tcPr>
          <w:p w14:paraId="50892AC8" w14:textId="77777777" w:rsidR="00E55E82" w:rsidRPr="00A234CA" w:rsidRDefault="00E55E82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</w:tr>
    </w:tbl>
    <w:p w14:paraId="2CAA857F" w14:textId="77777777" w:rsidR="00A933F4" w:rsidRPr="00873740" w:rsidRDefault="00A933F4" w:rsidP="00873740">
      <w:pPr>
        <w:rPr>
          <w:sz w:val="2"/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43"/>
        <w:gridCol w:w="1235"/>
        <w:gridCol w:w="1218"/>
        <w:gridCol w:w="1252"/>
        <w:gridCol w:w="1219"/>
        <w:gridCol w:w="1244"/>
        <w:gridCol w:w="1219"/>
      </w:tblGrid>
      <w:tr w:rsidR="00E5483A" w:rsidRPr="00873740" w14:paraId="2A2E290A" w14:textId="77777777" w:rsidTr="00E5483A">
        <w:trPr>
          <w:trHeight w:val="487"/>
        </w:trPr>
        <w:tc>
          <w:tcPr>
            <w:tcW w:w="1262" w:type="dxa"/>
            <w:vMerge w:val="restart"/>
            <w:vAlign w:val="center"/>
          </w:tcPr>
          <w:p w14:paraId="24D02B09" w14:textId="77777777" w:rsidR="00E5483A" w:rsidRPr="00A234CA" w:rsidRDefault="00E5483A" w:rsidP="00873740">
            <w:pPr>
              <w:jc w:val="center"/>
              <w:rPr>
                <w:sz w:val="20"/>
                <w:lang w:eastAsia="ko-KR"/>
              </w:rPr>
            </w:pPr>
            <w:r w:rsidRPr="00A234CA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법정</w:t>
            </w:r>
          </w:p>
          <w:p w14:paraId="610FC033" w14:textId="77777777" w:rsidR="00E5483A" w:rsidRPr="00A234CA" w:rsidRDefault="00E5483A" w:rsidP="00873740">
            <w:pP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대리인</w:t>
            </w:r>
          </w:p>
        </w:tc>
        <w:tc>
          <w:tcPr>
            <w:tcW w:w="1262" w:type="dxa"/>
          </w:tcPr>
          <w:p w14:paraId="344D4CC1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이름</w:t>
            </w:r>
          </w:p>
        </w:tc>
        <w:tc>
          <w:tcPr>
            <w:tcW w:w="1262" w:type="dxa"/>
          </w:tcPr>
          <w:p w14:paraId="148654FE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1263" w:type="dxa"/>
          </w:tcPr>
          <w:p w14:paraId="007755B1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생년월일</w:t>
            </w:r>
          </w:p>
        </w:tc>
        <w:tc>
          <w:tcPr>
            <w:tcW w:w="1263" w:type="dxa"/>
          </w:tcPr>
          <w:p w14:paraId="7D1F0A5D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1263" w:type="dxa"/>
          </w:tcPr>
          <w:p w14:paraId="2ADD924A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연락처</w:t>
            </w:r>
          </w:p>
        </w:tc>
        <w:tc>
          <w:tcPr>
            <w:tcW w:w="1263" w:type="dxa"/>
          </w:tcPr>
          <w:p w14:paraId="1141F3AF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</w:tr>
      <w:tr w:rsidR="00E5483A" w:rsidRPr="00873740" w14:paraId="18C25D12" w14:textId="77777777" w:rsidTr="000861D3">
        <w:tc>
          <w:tcPr>
            <w:tcW w:w="1262" w:type="dxa"/>
            <w:vMerge/>
          </w:tcPr>
          <w:p w14:paraId="47E91B68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1262" w:type="dxa"/>
          </w:tcPr>
          <w:p w14:paraId="54CD3627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주소</w:t>
            </w:r>
          </w:p>
        </w:tc>
        <w:tc>
          <w:tcPr>
            <w:tcW w:w="6314" w:type="dxa"/>
            <w:gridSpan w:val="5"/>
          </w:tcPr>
          <w:p w14:paraId="5FA35A0C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</w:tr>
      <w:tr w:rsidR="00E5483A" w:rsidRPr="00873740" w14:paraId="1F374410" w14:textId="77777777" w:rsidTr="000861D3">
        <w:tc>
          <w:tcPr>
            <w:tcW w:w="1262" w:type="dxa"/>
            <w:vMerge/>
          </w:tcPr>
          <w:p w14:paraId="737945CA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  <w:tc>
          <w:tcPr>
            <w:tcW w:w="1262" w:type="dxa"/>
          </w:tcPr>
          <w:p w14:paraId="0E7756D0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관계</w:t>
            </w:r>
          </w:p>
        </w:tc>
        <w:tc>
          <w:tcPr>
            <w:tcW w:w="6314" w:type="dxa"/>
            <w:gridSpan w:val="5"/>
          </w:tcPr>
          <w:p w14:paraId="134A29EE" w14:textId="77777777" w:rsidR="00E5483A" w:rsidRPr="00A234CA" w:rsidRDefault="00E5483A" w:rsidP="00873740">
            <w:pPr>
              <w:pStyle w:val="1"/>
              <w:pBdr>
                <w:left w:val="none" w:sz="0" w:space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</w:tr>
    </w:tbl>
    <w:p w14:paraId="263AE0EC" w14:textId="77777777" w:rsidR="00E55E82" w:rsidRPr="00873740" w:rsidRDefault="00E55E82" w:rsidP="00873740">
      <w:pPr>
        <w:spacing w:line="276" w:lineRule="auto"/>
        <w:rPr>
          <w:rFonts w:ascii="나눔고딕" w:eastAsia="나눔고딕" w:hAnsi="나눔고딕"/>
          <w:sz w:val="2"/>
          <w:szCs w:val="20"/>
          <w:lang w:eastAsia="ko-KR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786"/>
        <w:gridCol w:w="6844"/>
      </w:tblGrid>
      <w:tr w:rsidR="00E5483A" w:rsidRPr="00873740" w14:paraId="11CD232C" w14:textId="77777777" w:rsidTr="00A234CA">
        <w:trPr>
          <w:trHeight w:val="500"/>
          <w:jc w:val="center"/>
        </w:trPr>
        <w:tc>
          <w:tcPr>
            <w:tcW w:w="1809" w:type="dxa"/>
            <w:vAlign w:val="center"/>
          </w:tcPr>
          <w:p w14:paraId="3BD37FAC" w14:textId="77777777" w:rsidR="00E5483A" w:rsidRPr="00A234CA" w:rsidRDefault="00E5483A" w:rsidP="00873740">
            <w:pP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A234CA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>시술내용</w:t>
            </w:r>
          </w:p>
        </w:tc>
        <w:tc>
          <w:tcPr>
            <w:tcW w:w="7029" w:type="dxa"/>
            <w:vAlign w:val="center"/>
          </w:tcPr>
          <w:p w14:paraId="3BD5BD54" w14:textId="77777777" w:rsidR="00E5483A" w:rsidRPr="00A234CA" w:rsidRDefault="00E5483A" w:rsidP="00873740">
            <w:pPr>
              <w:spacing w:line="276" w:lineRule="auto"/>
              <w:jc w:val="center"/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</w:p>
        </w:tc>
      </w:tr>
    </w:tbl>
    <w:p w14:paraId="05CB18CB" w14:textId="77777777" w:rsidR="00873740" w:rsidRPr="00873740" w:rsidRDefault="00873740" w:rsidP="00873740">
      <w:pPr>
        <w:rPr>
          <w:rFonts w:eastAsia="맑은 고딕"/>
          <w:sz w:val="2"/>
          <w:lang w:eastAsia="ko-KR"/>
        </w:rPr>
      </w:pPr>
    </w:p>
    <w:p w14:paraId="5B82D400" w14:textId="77777777" w:rsidR="00A933F4" w:rsidRPr="00873740" w:rsidRDefault="00E955FD" w:rsidP="00873740">
      <w:pPr>
        <w:rPr>
          <w:b/>
          <w:sz w:val="22"/>
          <w:lang w:eastAsia="ko-KR"/>
        </w:rPr>
      </w:pPr>
      <w:r w:rsidRPr="00873740">
        <w:rPr>
          <w:rFonts w:ascii="맑은 고딕" w:eastAsia="맑은 고딕" w:hAnsi="맑은 고딕" w:cs="맑은 고딕" w:hint="eastAsia"/>
          <w:b/>
          <w:sz w:val="22"/>
          <w:lang w:eastAsia="ko-KR"/>
        </w:rPr>
        <w:t>시술</w:t>
      </w:r>
      <w:r w:rsidRPr="00873740">
        <w:rPr>
          <w:b/>
          <w:sz w:val="22"/>
          <w:lang w:eastAsia="ko-KR"/>
        </w:rPr>
        <w:t xml:space="preserve"> </w:t>
      </w:r>
      <w:r w:rsidRPr="00873740">
        <w:rPr>
          <w:rFonts w:ascii="맑은 고딕" w:eastAsia="맑은 고딕" w:hAnsi="맑은 고딕" w:cs="맑은 고딕" w:hint="eastAsia"/>
          <w:b/>
          <w:sz w:val="22"/>
          <w:lang w:eastAsia="ko-KR"/>
        </w:rPr>
        <w:t>설명</w:t>
      </w:r>
      <w:r w:rsidRPr="00873740">
        <w:rPr>
          <w:b/>
          <w:sz w:val="22"/>
          <w:lang w:eastAsia="ko-KR"/>
        </w:rPr>
        <w:t xml:space="preserve"> </w:t>
      </w:r>
      <w:r w:rsidRPr="00873740">
        <w:rPr>
          <w:rFonts w:ascii="맑은 고딕" w:eastAsia="맑은 고딕" w:hAnsi="맑은 고딕" w:cs="맑은 고딕" w:hint="eastAsia"/>
          <w:b/>
          <w:sz w:val="22"/>
          <w:lang w:eastAsia="ko-KR"/>
        </w:rPr>
        <w:t>및</w:t>
      </w:r>
      <w:r w:rsidRPr="00873740">
        <w:rPr>
          <w:b/>
          <w:sz w:val="22"/>
          <w:lang w:eastAsia="ko-KR"/>
        </w:rPr>
        <w:t xml:space="preserve"> </w:t>
      </w:r>
      <w:r w:rsidRPr="00873740">
        <w:rPr>
          <w:rFonts w:ascii="맑은 고딕" w:eastAsia="맑은 고딕" w:hAnsi="맑은 고딕" w:cs="맑은 고딕" w:hint="eastAsia"/>
          <w:b/>
          <w:sz w:val="22"/>
          <w:lang w:eastAsia="ko-KR"/>
        </w:rPr>
        <w:t>동의</w:t>
      </w:r>
    </w:p>
    <w:p w14:paraId="450BDCF1" w14:textId="77777777" w:rsidR="00A933F4" w:rsidRPr="00A26A96" w:rsidRDefault="00E955FD" w:rsidP="00873740">
      <w:pPr>
        <w:spacing w:line="276" w:lineRule="auto"/>
        <w:rPr>
          <w:rFonts w:ascii="나눔고딕" w:eastAsia="나눔고딕" w:hAnsi="나눔고딕"/>
          <w:sz w:val="18"/>
          <w:szCs w:val="18"/>
          <w:lang w:eastAsia="ko-KR"/>
        </w:rPr>
      </w:pPr>
      <w:r w:rsidRPr="00A26A96">
        <w:rPr>
          <w:rFonts w:ascii="Segoe UI Symbol" w:eastAsia="나눔고딕" w:hAnsi="Segoe UI Symbol" w:cs="Segoe UI Symbol"/>
          <w:sz w:val="18"/>
          <w:szCs w:val="18"/>
          <w:lang w:eastAsia="ko-KR"/>
        </w:rPr>
        <w:t>☐</w:t>
      </w:r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본인은 상기 시술에 대해 충분한 설명(시술의 목적, 방법, 기간, 예상효과, 부작용, 대안 등)을 듣고, 이를 충분히 이해하였으며 자발적으로 시술에 동의합니다.</w:t>
      </w:r>
    </w:p>
    <w:p w14:paraId="7327D454" w14:textId="77777777" w:rsidR="00A933F4" w:rsidRPr="00A26A96" w:rsidRDefault="00E955FD" w:rsidP="00873740">
      <w:pPr>
        <w:spacing w:line="276" w:lineRule="auto"/>
        <w:rPr>
          <w:rFonts w:ascii="나눔고딕" w:eastAsia="나눔고딕" w:hAnsi="나눔고딕"/>
          <w:sz w:val="18"/>
          <w:szCs w:val="18"/>
          <w:lang w:eastAsia="ko-KR"/>
        </w:rPr>
      </w:pPr>
      <w:r w:rsidRPr="00A26A96">
        <w:rPr>
          <w:rFonts w:ascii="Segoe UI Symbol" w:eastAsia="나눔고딕" w:hAnsi="Segoe UI Symbol" w:cs="Segoe UI Symbol"/>
          <w:sz w:val="18"/>
          <w:szCs w:val="18"/>
          <w:lang w:eastAsia="ko-KR"/>
        </w:rPr>
        <w:t>☐</w:t>
      </w:r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본인은 시술과 관련된 부작용, 합병증, 효과의 개인차에 대해 충분히 </w:t>
      </w:r>
      <w:proofErr w:type="spellStart"/>
      <w:r w:rsidRPr="00A26A96">
        <w:rPr>
          <w:rFonts w:ascii="나눔고딕" w:eastAsia="나눔고딕" w:hAnsi="나눔고딕"/>
          <w:sz w:val="18"/>
          <w:szCs w:val="18"/>
          <w:lang w:eastAsia="ko-KR"/>
        </w:rPr>
        <w:t>안내받았고</w:t>
      </w:r>
      <w:proofErr w:type="spellEnd"/>
      <w:r w:rsidRPr="00A26A96">
        <w:rPr>
          <w:rFonts w:ascii="나눔고딕" w:eastAsia="나눔고딕" w:hAnsi="나눔고딕"/>
          <w:sz w:val="18"/>
          <w:szCs w:val="18"/>
          <w:lang w:eastAsia="ko-KR"/>
        </w:rPr>
        <w:t>, 시술 후 발생할 수 있는 문제에 대해 병원의 책임이 아님을 인지하고 동의합니다.</w:t>
      </w:r>
    </w:p>
    <w:p w14:paraId="5A097EFE" w14:textId="77777777" w:rsidR="00A933F4" w:rsidRPr="00A26A96" w:rsidRDefault="00E955FD" w:rsidP="00873740">
      <w:pPr>
        <w:spacing w:line="276" w:lineRule="auto"/>
        <w:rPr>
          <w:rFonts w:ascii="나눔고딕" w:eastAsia="나눔고딕" w:hAnsi="나눔고딕"/>
          <w:sz w:val="18"/>
          <w:szCs w:val="18"/>
          <w:lang w:eastAsia="ko-KR"/>
        </w:rPr>
      </w:pPr>
      <w:r w:rsidRPr="00A26A96">
        <w:rPr>
          <w:rFonts w:ascii="Segoe UI Symbol" w:eastAsia="나눔고딕" w:hAnsi="Segoe UI Symbol" w:cs="Segoe UI Symbol"/>
          <w:sz w:val="18"/>
          <w:szCs w:val="18"/>
          <w:lang w:eastAsia="ko-KR"/>
        </w:rPr>
        <w:t>☐</w:t>
      </w:r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본인은 시술 전후 사진(치료기록 및 필요 시 병원 홍보 목적으로 사용될 수 있음) 촬영에 대해 다음과 같이 동의합니다.</w:t>
      </w:r>
      <w:r w:rsidR="00A234CA"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                       </w:t>
      </w:r>
      <w:proofErr w:type="gramStart"/>
      <w:r w:rsidRPr="00A26A96">
        <w:rPr>
          <w:rFonts w:ascii="나눔고딕" w:eastAsia="나눔고딕" w:hAnsi="나눔고딕"/>
          <w:sz w:val="18"/>
          <w:szCs w:val="18"/>
          <w:lang w:eastAsia="ko-KR"/>
        </w:rPr>
        <w:t>[ ]</w:t>
      </w:r>
      <w:proofErr w:type="gramEnd"/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동의함   </w:t>
      </w:r>
      <w:proofErr w:type="gramStart"/>
      <w:r w:rsidRPr="00A26A96">
        <w:rPr>
          <w:rFonts w:ascii="나눔고딕" w:eastAsia="나눔고딕" w:hAnsi="나눔고딕"/>
          <w:sz w:val="18"/>
          <w:szCs w:val="18"/>
          <w:lang w:eastAsia="ko-KR"/>
        </w:rPr>
        <w:t>[ ]</w:t>
      </w:r>
      <w:proofErr w:type="gramEnd"/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동의하지 않음</w:t>
      </w:r>
    </w:p>
    <w:p w14:paraId="3959C671" w14:textId="77777777" w:rsidR="00A933F4" w:rsidRPr="00A26A96" w:rsidRDefault="00E955FD" w:rsidP="00873740">
      <w:pPr>
        <w:spacing w:line="276" w:lineRule="auto"/>
        <w:rPr>
          <w:rFonts w:ascii="나눔고딕" w:eastAsia="나눔고딕" w:hAnsi="나눔고딕"/>
          <w:sz w:val="18"/>
          <w:szCs w:val="18"/>
          <w:lang w:eastAsia="ko-KR"/>
        </w:rPr>
      </w:pPr>
      <w:r w:rsidRPr="00A26A96">
        <w:rPr>
          <w:rFonts w:ascii="Segoe UI Symbol" w:eastAsia="나눔고딕" w:hAnsi="Segoe UI Symbol" w:cs="Segoe UI Symbol"/>
          <w:sz w:val="18"/>
          <w:szCs w:val="18"/>
          <w:lang w:eastAsia="ko-KR"/>
        </w:rPr>
        <w:t>☐</w:t>
      </w:r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본 동의는 언제든지 철회할 수 있으며, 철회 절차 및 그에 따른 영향에 대해 충분히 </w:t>
      </w:r>
      <w:proofErr w:type="spellStart"/>
      <w:r w:rsidRPr="00A26A96">
        <w:rPr>
          <w:rFonts w:ascii="나눔고딕" w:eastAsia="나눔고딕" w:hAnsi="나눔고딕"/>
          <w:sz w:val="18"/>
          <w:szCs w:val="18"/>
          <w:lang w:eastAsia="ko-KR"/>
        </w:rPr>
        <w:t>안내받았음을</w:t>
      </w:r>
      <w:proofErr w:type="spellEnd"/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확인합니다.</w:t>
      </w:r>
    </w:p>
    <w:p w14:paraId="441EB3AB" w14:textId="77777777" w:rsidR="00873740" w:rsidRPr="00A26A96" w:rsidRDefault="00E955FD" w:rsidP="00873740">
      <w:pPr>
        <w:spacing w:line="276" w:lineRule="auto"/>
        <w:rPr>
          <w:rFonts w:ascii="나눔고딕" w:eastAsia="나눔고딕" w:hAnsi="나눔고딕"/>
          <w:sz w:val="18"/>
          <w:szCs w:val="18"/>
          <w:lang w:eastAsia="ko-KR"/>
        </w:rPr>
      </w:pPr>
      <w:r w:rsidRPr="00A26A96">
        <w:rPr>
          <w:rFonts w:ascii="Segoe UI Symbol" w:eastAsia="나눔고딕" w:hAnsi="Segoe UI Symbol" w:cs="Segoe UI Symbol"/>
          <w:sz w:val="18"/>
          <w:szCs w:val="18"/>
          <w:lang w:eastAsia="ko-KR"/>
        </w:rPr>
        <w:t>☐</w:t>
      </w:r>
      <w:r w:rsidRPr="00A26A96">
        <w:rPr>
          <w:rFonts w:ascii="나눔고딕" w:eastAsia="나눔고딕" w:hAnsi="나눔고딕"/>
          <w:sz w:val="18"/>
          <w:szCs w:val="18"/>
          <w:lang w:eastAsia="ko-KR"/>
        </w:rPr>
        <w:t xml:space="preserve"> 본인은 법정대리인으로서, 해당 환자의 시술 및 진료에 전적으로 동의하며 이에 대한 모든 법적 책임이 본인에게 있음을 확인합니다.</w:t>
      </w:r>
    </w:p>
    <w:p w14:paraId="68DF800F" w14:textId="77777777" w:rsidR="00873740" w:rsidRPr="00873740" w:rsidRDefault="00873740" w:rsidP="00873740">
      <w:pPr>
        <w:spacing w:line="276" w:lineRule="auto"/>
        <w:rPr>
          <w:rFonts w:ascii="나눔고딕" w:eastAsia="나눔고딕" w:hAnsi="나눔고딕"/>
          <w:sz w:val="20"/>
          <w:szCs w:val="20"/>
          <w:lang w:eastAsia="ko-KR"/>
        </w:rPr>
      </w:pPr>
    </w:p>
    <w:p w14:paraId="6140B097" w14:textId="77777777" w:rsidR="00873740" w:rsidRPr="00873740" w:rsidRDefault="00873740" w:rsidP="00873740">
      <w:pPr>
        <w:spacing w:line="276" w:lineRule="auto"/>
        <w:jc w:val="right"/>
        <w:rPr>
          <w:rFonts w:ascii="나눔고딕" w:eastAsia="나눔고딕" w:hAnsi="나눔고딕"/>
          <w:b/>
          <w:sz w:val="20"/>
          <w:szCs w:val="20"/>
          <w:lang w:eastAsia="ko-KR"/>
        </w:rPr>
      </w:pPr>
      <w:r w:rsidRPr="00873740">
        <w:rPr>
          <w:rFonts w:ascii="나눔고딕" w:eastAsia="나눔고딕" w:hAnsi="나눔고딕" w:hint="eastAsia"/>
          <w:sz w:val="20"/>
          <w:szCs w:val="20"/>
          <w:lang w:eastAsia="ko-KR"/>
        </w:rPr>
        <w:t>환자 서명</w:t>
      </w:r>
      <w:r w:rsidRPr="00873740">
        <w:rPr>
          <w:rFonts w:ascii="나눔고딕" w:eastAsia="나눔고딕" w:hAnsi="나눔고딕"/>
          <w:sz w:val="20"/>
          <w:szCs w:val="20"/>
          <w:lang w:eastAsia="ko-KR"/>
        </w:rPr>
        <w:t>: ________________________(</w:t>
      </w:r>
      <w:r w:rsidRPr="00873740">
        <w:rPr>
          <w:rFonts w:ascii="나눔고딕" w:eastAsia="나눔고딕" w:hAnsi="나눔고딕" w:hint="eastAsia"/>
          <w:sz w:val="20"/>
          <w:szCs w:val="20"/>
          <w:lang w:eastAsia="ko-KR"/>
        </w:rPr>
        <w:t>인)</w:t>
      </w:r>
    </w:p>
    <w:p w14:paraId="09C37557" w14:textId="77777777" w:rsidR="00873740" w:rsidRDefault="00E955FD" w:rsidP="00873740">
      <w:pPr>
        <w:spacing w:line="276" w:lineRule="auto"/>
        <w:jc w:val="right"/>
        <w:rPr>
          <w:rFonts w:ascii="나눔고딕" w:eastAsia="나눔고딕" w:hAnsi="나눔고딕"/>
          <w:sz w:val="20"/>
          <w:szCs w:val="20"/>
          <w:lang w:eastAsia="ko-KR"/>
        </w:rPr>
      </w:pPr>
      <w:r w:rsidRPr="00873740">
        <w:rPr>
          <w:rFonts w:ascii="나눔고딕" w:eastAsia="나눔고딕" w:hAnsi="나눔고딕"/>
          <w:sz w:val="20"/>
          <w:szCs w:val="20"/>
          <w:lang w:eastAsia="ko-KR"/>
        </w:rPr>
        <w:t>법정대리인 서명</w:t>
      </w:r>
      <w:r w:rsidR="00873740" w:rsidRPr="00873740">
        <w:rPr>
          <w:rFonts w:ascii="나눔고딕" w:eastAsia="나눔고딕" w:hAnsi="나눔고딕"/>
          <w:sz w:val="20"/>
          <w:szCs w:val="20"/>
          <w:lang w:eastAsia="ko-KR"/>
        </w:rPr>
        <w:t>: ________________________ (</w:t>
      </w:r>
      <w:r w:rsidR="00873740" w:rsidRPr="00873740">
        <w:rPr>
          <w:rFonts w:ascii="나눔고딕" w:eastAsia="나눔고딕" w:hAnsi="나눔고딕" w:hint="eastAsia"/>
          <w:sz w:val="20"/>
          <w:szCs w:val="20"/>
          <w:lang w:eastAsia="ko-KR"/>
        </w:rPr>
        <w:t>인)</w:t>
      </w:r>
    </w:p>
    <w:p w14:paraId="2A792DF9" w14:textId="77777777" w:rsidR="00873740" w:rsidRPr="00873740" w:rsidRDefault="00873740" w:rsidP="00873740">
      <w:pPr>
        <w:spacing w:line="276" w:lineRule="auto"/>
        <w:jc w:val="right"/>
        <w:rPr>
          <w:rFonts w:ascii="나눔고딕" w:eastAsia="나눔고딕" w:hAnsi="나눔고딕"/>
          <w:sz w:val="20"/>
          <w:szCs w:val="20"/>
          <w:lang w:eastAsia="ko-KR"/>
        </w:rPr>
      </w:pPr>
    </w:p>
    <w:p w14:paraId="05E5791C" w14:textId="77777777" w:rsidR="00A933F4" w:rsidRPr="00873740" w:rsidRDefault="00873740" w:rsidP="00873740">
      <w:pPr>
        <w:spacing w:line="276" w:lineRule="auto"/>
        <w:rPr>
          <w:rFonts w:ascii="나눔고딕" w:eastAsia="나눔고딕" w:hAnsi="나눔고딕"/>
          <w:sz w:val="16"/>
          <w:szCs w:val="20"/>
          <w:lang w:eastAsia="ko-KR"/>
        </w:rPr>
      </w:pPr>
      <w:r w:rsidRPr="00873740">
        <w:rPr>
          <w:rFonts w:ascii="나눔고딕" w:eastAsia="나눔고딕" w:hAnsi="나눔고딕"/>
          <w:noProof/>
          <w:sz w:val="20"/>
          <w:szCs w:val="20"/>
          <w:lang w:eastAsia="ko-KR"/>
        </w:rPr>
        <w:drawing>
          <wp:anchor distT="0" distB="0" distL="114300" distR="114300" simplePos="0" relativeHeight="251659776" behindDoc="0" locked="0" layoutInCell="1" allowOverlap="1" wp14:anchorId="4F63DDDE" wp14:editId="45437E6A">
            <wp:simplePos x="0" y="0"/>
            <wp:positionH relativeFrom="column">
              <wp:posOffset>1866900</wp:posOffset>
            </wp:positionH>
            <wp:positionV relativeFrom="paragraph">
              <wp:posOffset>184150</wp:posOffset>
            </wp:positionV>
            <wp:extent cx="1752600" cy="628650"/>
            <wp:effectExtent l="0" t="0" r="0" b="0"/>
            <wp:wrapThrough wrapText="bothSides">
              <wp:wrapPolygon edited="0">
                <wp:start x="0" y="0"/>
                <wp:lineTo x="0" y="20945"/>
                <wp:lineTo x="21365" y="20945"/>
                <wp:lineTo x="2136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board 2@4x-100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1" t="36250" r="11666" b="38333"/>
                    <a:stretch/>
                  </pic:blipFill>
                  <pic:spPr bwMode="auto">
                    <a:xfrm>
                      <a:off x="0" y="0"/>
                      <a:ext cx="1752600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3740">
        <w:rPr>
          <w:rFonts w:ascii="Segoe UI Symbol" w:eastAsia="나눔고딕" w:hAnsi="Segoe UI Symbol" w:cs="Segoe UI Symbol" w:hint="eastAsia"/>
          <w:sz w:val="16"/>
          <w:szCs w:val="20"/>
          <w:lang w:eastAsia="ko-KR"/>
        </w:rPr>
        <w:sym w:font="Wingdings 2" w:char="F0F8"/>
      </w:r>
      <w:r w:rsidR="00E955FD" w:rsidRPr="00873740">
        <w:rPr>
          <w:rFonts w:ascii="나눔고딕" w:eastAsia="나눔고딕" w:hAnsi="나눔고딕"/>
          <w:sz w:val="16"/>
          <w:szCs w:val="20"/>
          <w:lang w:eastAsia="ko-KR"/>
        </w:rPr>
        <w:t>주의: 본 동의서를 법정대리인이 아닌 자가 임의로 작성하거나 서명할 경우, 사문서 위조 및 민·형사상 책임이 따를 수 있습니다.</w:t>
      </w:r>
    </w:p>
    <w:sectPr w:rsidR="00A933F4" w:rsidRPr="008737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CA17" w14:textId="77777777" w:rsidR="00353AF1" w:rsidRDefault="00353AF1" w:rsidP="00E55E82">
      <w:pPr>
        <w:spacing w:after="0" w:line="240" w:lineRule="auto"/>
      </w:pPr>
      <w:r>
        <w:separator/>
      </w:r>
    </w:p>
  </w:endnote>
  <w:endnote w:type="continuationSeparator" w:id="0">
    <w:p w14:paraId="3D0B4DF8" w14:textId="77777777" w:rsidR="00353AF1" w:rsidRDefault="00353AF1" w:rsidP="00E55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charset w:val="81"/>
    <w:family w:val="modern"/>
    <w:pitch w:val="variable"/>
    <w:sig w:usb0="900002A7" w:usb1="29D7FCFB" w:usb2="00000010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C17B" w14:textId="77777777" w:rsidR="00353AF1" w:rsidRDefault="00353AF1" w:rsidP="00E55E82">
      <w:pPr>
        <w:spacing w:after="0" w:line="240" w:lineRule="auto"/>
      </w:pPr>
      <w:r>
        <w:separator/>
      </w:r>
    </w:p>
  </w:footnote>
  <w:footnote w:type="continuationSeparator" w:id="0">
    <w:p w14:paraId="5E0C011B" w14:textId="77777777" w:rsidR="00353AF1" w:rsidRDefault="00353AF1" w:rsidP="00E55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4146829">
    <w:abstractNumId w:val="8"/>
  </w:num>
  <w:num w:numId="2" w16cid:durableId="755588759">
    <w:abstractNumId w:val="6"/>
  </w:num>
  <w:num w:numId="3" w16cid:durableId="569192447">
    <w:abstractNumId w:val="5"/>
  </w:num>
  <w:num w:numId="4" w16cid:durableId="66847824">
    <w:abstractNumId w:val="4"/>
  </w:num>
  <w:num w:numId="5" w16cid:durableId="780421711">
    <w:abstractNumId w:val="7"/>
  </w:num>
  <w:num w:numId="6" w16cid:durableId="477380825">
    <w:abstractNumId w:val="3"/>
  </w:num>
  <w:num w:numId="7" w16cid:durableId="730274469">
    <w:abstractNumId w:val="2"/>
  </w:num>
  <w:num w:numId="8" w16cid:durableId="105776202">
    <w:abstractNumId w:val="1"/>
  </w:num>
  <w:num w:numId="9" w16cid:durableId="12231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2F6"/>
    <w:rsid w:val="0006063C"/>
    <w:rsid w:val="0015074B"/>
    <w:rsid w:val="002332BF"/>
    <w:rsid w:val="0029639D"/>
    <w:rsid w:val="00326F90"/>
    <w:rsid w:val="00353AF1"/>
    <w:rsid w:val="00391BBD"/>
    <w:rsid w:val="00657D31"/>
    <w:rsid w:val="00686102"/>
    <w:rsid w:val="007424B7"/>
    <w:rsid w:val="007D51F4"/>
    <w:rsid w:val="00873740"/>
    <w:rsid w:val="00A174D1"/>
    <w:rsid w:val="00A234CA"/>
    <w:rsid w:val="00A26A96"/>
    <w:rsid w:val="00A562C0"/>
    <w:rsid w:val="00A933F4"/>
    <w:rsid w:val="00AA1D8D"/>
    <w:rsid w:val="00B47730"/>
    <w:rsid w:val="00B872CA"/>
    <w:rsid w:val="00BD5C35"/>
    <w:rsid w:val="00CB0664"/>
    <w:rsid w:val="00CD480A"/>
    <w:rsid w:val="00E279E5"/>
    <w:rsid w:val="00E5483A"/>
    <w:rsid w:val="00E55E82"/>
    <w:rsid w:val="00E955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9D76B2"/>
  <w14:defaultImageDpi w14:val="300"/>
  <w15:docId w15:val="{43B092E9-AFA1-4498-BF39-0E059025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91BBD"/>
  </w:style>
  <w:style w:type="paragraph" w:styleId="1">
    <w:name w:val="heading 1"/>
    <w:basedOn w:val="a1"/>
    <w:next w:val="a1"/>
    <w:link w:val="1Char"/>
    <w:uiPriority w:val="9"/>
    <w:qFormat/>
    <w:rsid w:val="00391BBD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391BB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391BB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391BB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391BB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391BB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391BB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391BB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391BB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391BBD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391BB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Char">
    <w:name w:val="제목 2 Char"/>
    <w:basedOn w:val="a2"/>
    <w:link w:val="21"/>
    <w:uiPriority w:val="9"/>
    <w:rsid w:val="00391BBD"/>
    <w:rPr>
      <w:rFonts w:asciiTheme="majorHAnsi" w:eastAsiaTheme="majorEastAsia" w:hAnsiTheme="majorHAnsi" w:cstheme="majorBidi"/>
      <w:sz w:val="36"/>
      <w:szCs w:val="36"/>
    </w:rPr>
  </w:style>
  <w:style w:type="character" w:customStyle="1" w:styleId="3Char">
    <w:name w:val="제목 3 Char"/>
    <w:basedOn w:val="a2"/>
    <w:link w:val="31"/>
    <w:uiPriority w:val="9"/>
    <w:rsid w:val="00391BBD"/>
    <w:rPr>
      <w:rFonts w:asciiTheme="majorHAnsi" w:eastAsiaTheme="majorEastAsia" w:hAnsiTheme="majorHAnsi" w:cstheme="majorBidi"/>
      <w:caps/>
      <w:sz w:val="28"/>
      <w:szCs w:val="28"/>
    </w:rPr>
  </w:style>
  <w:style w:type="paragraph" w:styleId="a8">
    <w:name w:val="Title"/>
    <w:basedOn w:val="a1"/>
    <w:next w:val="a1"/>
    <w:link w:val="Char1"/>
    <w:uiPriority w:val="10"/>
    <w:qFormat/>
    <w:rsid w:val="00391BB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Char1">
    <w:name w:val="제목 Char"/>
    <w:basedOn w:val="a2"/>
    <w:link w:val="a8"/>
    <w:uiPriority w:val="10"/>
    <w:rsid w:val="00391BB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9">
    <w:name w:val="Subtitle"/>
    <w:basedOn w:val="a1"/>
    <w:next w:val="a1"/>
    <w:link w:val="Char2"/>
    <w:uiPriority w:val="11"/>
    <w:qFormat/>
    <w:rsid w:val="00391BB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391BBD"/>
    <w:rPr>
      <w:color w:val="000000" w:themeColor="text1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Chars="400" w:left="800"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391BB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5">
    <w:name w:val="인용 Char"/>
    <w:basedOn w:val="a2"/>
    <w:link w:val="af"/>
    <w:uiPriority w:val="29"/>
    <w:rsid w:val="00391BB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2"/>
    <w:link w:val="4"/>
    <w:uiPriority w:val="9"/>
    <w:semiHidden/>
    <w:rsid w:val="00391BB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Char">
    <w:name w:val="제목 5 Char"/>
    <w:basedOn w:val="a2"/>
    <w:link w:val="5"/>
    <w:uiPriority w:val="9"/>
    <w:semiHidden/>
    <w:rsid w:val="00391BBD"/>
    <w:rPr>
      <w:rFonts w:asciiTheme="majorHAnsi" w:eastAsiaTheme="majorEastAsia" w:hAnsiTheme="majorHAnsi" w:cstheme="majorBidi"/>
      <w:sz w:val="24"/>
      <w:szCs w:val="24"/>
    </w:rPr>
  </w:style>
  <w:style w:type="character" w:customStyle="1" w:styleId="6Char">
    <w:name w:val="제목 6 Char"/>
    <w:basedOn w:val="a2"/>
    <w:link w:val="6"/>
    <w:uiPriority w:val="9"/>
    <w:semiHidden/>
    <w:rsid w:val="00391BB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Char">
    <w:name w:val="제목 7 Char"/>
    <w:basedOn w:val="a2"/>
    <w:link w:val="7"/>
    <w:uiPriority w:val="9"/>
    <w:semiHidden/>
    <w:rsid w:val="00391BB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Char">
    <w:name w:val="제목 8 Char"/>
    <w:basedOn w:val="a2"/>
    <w:link w:val="8"/>
    <w:uiPriority w:val="9"/>
    <w:semiHidden/>
    <w:rsid w:val="00391BBD"/>
    <w:rPr>
      <w:rFonts w:asciiTheme="majorHAnsi" w:eastAsiaTheme="majorEastAsia" w:hAnsiTheme="majorHAnsi" w:cstheme="majorBidi"/>
      <w:caps/>
    </w:rPr>
  </w:style>
  <w:style w:type="character" w:customStyle="1" w:styleId="9Char">
    <w:name w:val="제목 9 Char"/>
    <w:basedOn w:val="a2"/>
    <w:link w:val="9"/>
    <w:uiPriority w:val="9"/>
    <w:semiHidden/>
    <w:rsid w:val="00391BBD"/>
    <w:rPr>
      <w:rFonts w:asciiTheme="majorHAnsi" w:eastAsiaTheme="majorEastAsia" w:hAnsiTheme="majorHAnsi" w:cstheme="majorBidi"/>
      <w:i/>
      <w:iCs/>
      <w:caps/>
    </w:rPr>
  </w:style>
  <w:style w:type="paragraph" w:styleId="af0">
    <w:name w:val="caption"/>
    <w:basedOn w:val="a1"/>
    <w:next w:val="a1"/>
    <w:uiPriority w:val="35"/>
    <w:semiHidden/>
    <w:unhideWhenUsed/>
    <w:qFormat/>
    <w:rsid w:val="00391BBD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character" w:styleId="af1">
    <w:name w:val="Strong"/>
    <w:basedOn w:val="a2"/>
    <w:uiPriority w:val="22"/>
    <w:qFormat/>
    <w:rsid w:val="00391BB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2">
    <w:name w:val="Emphasis"/>
    <w:basedOn w:val="a2"/>
    <w:uiPriority w:val="20"/>
    <w:qFormat/>
    <w:rsid w:val="00391BBD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f3">
    <w:name w:val="Intense Quote"/>
    <w:basedOn w:val="a1"/>
    <w:next w:val="a1"/>
    <w:link w:val="Char6"/>
    <w:uiPriority w:val="30"/>
    <w:qFormat/>
    <w:rsid w:val="00391BB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Char6">
    <w:name w:val="강한 인용 Char"/>
    <w:basedOn w:val="a2"/>
    <w:link w:val="af3"/>
    <w:uiPriority w:val="30"/>
    <w:rsid w:val="00391BBD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f4">
    <w:name w:val="Subtle Emphasis"/>
    <w:basedOn w:val="a2"/>
    <w:uiPriority w:val="19"/>
    <w:qFormat/>
    <w:rsid w:val="00391BBD"/>
    <w:rPr>
      <w:i/>
      <w:iCs/>
      <w:color w:val="auto"/>
    </w:rPr>
  </w:style>
  <w:style w:type="character" w:styleId="af5">
    <w:name w:val="Intense Emphasis"/>
    <w:basedOn w:val="a2"/>
    <w:uiPriority w:val="21"/>
    <w:qFormat/>
    <w:rsid w:val="00391BBD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6">
    <w:name w:val="Subtle Reference"/>
    <w:basedOn w:val="a2"/>
    <w:uiPriority w:val="31"/>
    <w:qFormat/>
    <w:rsid w:val="00391BB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7">
    <w:name w:val="Intense Reference"/>
    <w:basedOn w:val="a2"/>
    <w:uiPriority w:val="32"/>
    <w:qFormat/>
    <w:rsid w:val="00391BB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8">
    <w:name w:val="Book Title"/>
    <w:basedOn w:val="a2"/>
    <w:uiPriority w:val="33"/>
    <w:qFormat/>
    <w:rsid w:val="00391BB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">
    <w:name w:val="TOC Heading"/>
    <w:basedOn w:val="1"/>
    <w:next w:val="a1"/>
    <w:uiPriority w:val="39"/>
    <w:semiHidden/>
    <w:unhideWhenUsed/>
    <w:qFormat/>
    <w:rsid w:val="00391BBD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DC51B1-8535-4456-9F85-CDDD9B3F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2025-05-08T06:17:00Z</dcterms:created>
  <dcterms:modified xsi:type="dcterms:W3CDTF">2025-05-08T07:59:00Z</dcterms:modified>
  <cp:category/>
</cp:coreProperties>
</file>